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ptos" w:hAnsi="Aptos"/>
          <w:sz w:val="21"/>
        </w:rPr>
        <w:t>Julie Exemple</w:t>
        <w:br/>
        <w:t>25, avenue des Essais</w:t>
        <w:br/>
        <w:t>Ville-Fictive (Québec) X0X 1X1</w:t>
      </w:r>
    </w:p>
    <w:p>
      <w:r>
        <w:rPr>
          <w:rFonts w:ascii="Aptos" w:hAnsi="Aptos"/>
          <w:b w:val="0"/>
        </w:rPr>
        <w:t>24 septembre 2026</w:t>
      </w:r>
    </w:p>
    <w:p>
      <w:r>
        <w:rPr>
          <w:rFonts w:ascii="Aptos" w:hAnsi="Aptos"/>
          <w:b/>
          <w:sz w:val="21"/>
        </w:rPr>
        <w:t>PAR COURRIEL ET COURRIER RECOMMANDÉ</w:t>
      </w:r>
    </w:p>
    <w:p>
      <w:r>
        <w:rPr>
          <w:rFonts w:ascii="Aptos" w:hAnsi="Aptos"/>
          <w:b/>
        </w:rPr>
        <w:t>Rénovations Exemplaires inc.</w:t>
      </w:r>
    </w:p>
    <w:p>
      <w:r>
        <w:rPr>
          <w:rFonts w:ascii="Aptos" w:hAnsi="Aptos"/>
          <w:b/>
        </w:rPr>
        <w:t>Objet : Réponse à votre mise en demeure reçue le 18 septembre 2026</w:t>
      </w:r>
    </w:p>
    <w:p>
      <w:r>
        <w:rPr>
          <w:rFonts w:ascii="Aptos" w:hAnsi="Aptos"/>
          <w:b/>
        </w:rPr>
        <w:t>SOUS TOUTES RÉSERVES</w:t>
      </w:r>
    </w:p>
    <w:p>
      <w:pPr>
        <w:jc w:val="left"/>
      </w:pPr>
      <w:r>
        <w:rPr>
          <w:rFonts w:ascii="Aptos" w:hAnsi="Aptos"/>
        </w:rPr>
        <w:t>Madame,</w:t>
      </w:r>
    </w:p>
    <w:p>
      <w:pPr>
        <w:jc w:val="both"/>
      </w:pPr>
      <w:r>
        <w:rPr>
          <w:rFonts w:ascii="Aptos" w:hAnsi="Aptos"/>
        </w:rPr>
        <w:t>Je réponds à la mise en demeure de Rénovations Exemplaires inc. que j’ai reçue par courrier recommandé le 18 septembre 2026 relativement aux travaux de rénovation de ma salle de bain.</w:t>
      </w:r>
    </w:p>
    <w:p>
      <w:pPr>
        <w:jc w:val="both"/>
      </w:pPr>
      <w:r>
        <w:rPr>
          <w:rFonts w:ascii="Aptos" w:hAnsi="Aptos"/>
        </w:rPr>
        <w:t>Je reconnais qu’un contrat de 12 400 $, taxes incluses, a été signé le 3 juin 2026 et que j’ai effectué deux versements totalisant 7 550 $, soit 5 000 $ le 3 juin 2026 et 2 550 $ le 10 juillet 2026. Le solde indiqué à votre facture no 2026-118 est de 4 850 $.</w:t>
      </w:r>
    </w:p>
    <w:p>
      <w:pPr>
        <w:jc w:val="both"/>
      </w:pPr>
      <w:r>
        <w:rPr>
          <w:rFonts w:ascii="Aptos" w:hAnsi="Aptos"/>
        </w:rPr>
        <w:t>Je conteste toutefois que les travaux aient été complétés de façon satisfaisante. Lors de la visite de fin de travaux du 12 août 2026, qui a duré environ 15 minutes, j’ai signalé de vive voix que le ventilateur faisait un bruit anormal. Aucun document n’a été signé ce jour-là.</w:t>
      </w:r>
    </w:p>
    <w:p>
      <w:pPr>
        <w:jc w:val="both"/>
      </w:pPr>
      <w:r>
        <w:rPr>
          <w:rFonts w:ascii="Aptos" w:hAnsi="Aptos"/>
        </w:rPr>
        <w:t>Le 13 août 2026, j’ai également constaté deux fissures dans la céramique du plancher, près de la douche. J’ai pris quatre photos de ces fissures le même jour.</w:t>
      </w:r>
    </w:p>
    <w:p>
      <w:pPr>
        <w:jc w:val="both"/>
      </w:pPr>
      <w:r>
        <w:rPr>
          <w:rFonts w:ascii="Aptos" w:hAnsi="Aptos"/>
        </w:rPr>
        <w:t>Le 22 août 2026, je vous ai écrit pour vous informer que je refusais de payer le solde tant que les fissures et le ventilateur ne seraient pas réparés et pour vous demander de venir corriger les travaux. Je n’ai reçu aucune réponse à ce courriel.</w:t>
      </w:r>
    </w:p>
    <w:p>
      <w:pPr>
        <w:jc w:val="both"/>
      </w:pPr>
      <w:r>
        <w:rPr>
          <w:rFonts w:ascii="Aptos" w:hAnsi="Aptos"/>
        </w:rPr>
        <w:t>Le 20 septembre 2026, Céramique Test inc. m’a remis une soumission de 1 200 $ pour réparer les fissures et remplacer le ventilateur.</w:t>
      </w:r>
    </w:p>
    <w:p>
      <w:pPr>
        <w:jc w:val="both"/>
      </w:pPr>
      <w:r>
        <w:rPr>
          <w:rFonts w:ascii="Aptos" w:hAnsi="Aptos"/>
        </w:rPr>
        <w:t>Dans un souci de règlement, je demeure prête à payer le solde de 4 850 $ si Rénovations Exemplaires inc. corrige les fissures et le problème du ventilateur avant le 15 octobre 2026. Si ces travaux ne sont pas corrigés d’ici cette date, je propose plutôt de payer 3 650 $, soit le solde de 4 850 $ moins le coût de 1 200 $ indiqué dans la soumission de Céramique Test inc.</w:t>
      </w:r>
    </w:p>
    <w:p>
      <w:pPr>
        <w:jc w:val="both"/>
      </w:pPr>
      <w:r>
        <w:rPr>
          <w:rFonts w:ascii="Aptos" w:hAnsi="Aptos"/>
        </w:rPr>
        <w:t>Je conteste par ailleurs, à ce stade, les frais administratifs de 250 $ et les intérêts de 2 % par mois réclamés dans votre mise en demeure. Je ne me souviens pas avoir lu de conditions à cet effet au verso du contrat et je dois vérifier ma copie.</w:t>
      </w:r>
    </w:p>
    <w:p>
      <w:pPr>
        <w:jc w:val="both"/>
      </w:pPr>
      <w:r>
        <w:rPr>
          <w:rFonts w:ascii="Aptos" w:hAnsi="Aptos"/>
        </w:rPr>
        <w:t>Quant à l’avis de deux étoiles publié le 29 août 2026, il décrivait les fissures constatées ainsi que l’absence de réponse à mon courriel du 22 août 2026. Je ne le retirerai pas pour l’instant. Je suis toutefois prête à le mettre à jour si les travaux sont corrigés.</w:t>
      </w:r>
    </w:p>
    <w:p>
      <w:pPr>
        <w:jc w:val="both"/>
      </w:pPr>
      <w:r>
        <w:rPr>
          <w:rFonts w:ascii="Aptos" w:hAnsi="Aptos"/>
        </w:rPr>
        <w:t>Je souhaite régler ce dossier de façon raisonnable. Je vous invite donc à me confirmer par écrit si vous acceptez de venir effectuer les correctifs avant le 15 octobre 2026 ou, à défaut, si vous acceptez la proposition de paiement de 3 650 $.</w:t>
      </w:r>
    </w:p>
    <w:p>
      <w:pPr>
        <w:jc w:val="left"/>
      </w:pPr>
      <w:r>
        <w:rPr>
          <w:rFonts w:ascii="Aptos" w:hAnsi="Aptos"/>
        </w:rPr>
        <w:t>Veuillez agréer mes salutations distinguées.</w:t>
      </w:r>
    </w:p>
    <w:p>
      <w:r>
        <w:rPr>
          <w:rFonts w:ascii="Aptos" w:hAnsi="Aptos"/>
        </w:rPr>
        <w:br/>
        <w:t>Julie Exemple</w:t>
      </w:r>
    </w:p>
    <w:p>
      <w:r>
        <w:rPr>
          <w:rFonts w:ascii="Aptos" w:hAnsi="Aptos"/>
          <w:b/>
        </w:rPr>
        <w:t>Pièces disponibles :</w:t>
      </w:r>
    </w:p>
    <w:p>
      <w:pPr>
        <w:pStyle w:val="ListBullet"/>
        <w:spacing w:after="40"/>
      </w:pPr>
      <w:r>
        <w:rPr>
          <w:rFonts w:ascii="Aptos" w:hAnsi="Aptos"/>
        </w:rPr>
        <w:t>Contrat du 3 juin 2026</w:t>
      </w:r>
    </w:p>
    <w:p>
      <w:pPr>
        <w:pStyle w:val="ListBullet"/>
        <w:spacing w:after="40"/>
      </w:pPr>
      <w:r>
        <w:rPr>
          <w:rFonts w:ascii="Aptos" w:hAnsi="Aptos"/>
        </w:rPr>
        <w:t>Preuves des deux virements</w:t>
      </w:r>
    </w:p>
    <w:p>
      <w:pPr>
        <w:pStyle w:val="ListBullet"/>
        <w:spacing w:after="40"/>
      </w:pPr>
      <w:r>
        <w:rPr>
          <w:rFonts w:ascii="Aptos" w:hAnsi="Aptos"/>
        </w:rPr>
        <w:t>Facture no 2026-118</w:t>
      </w:r>
    </w:p>
    <w:p>
      <w:pPr>
        <w:pStyle w:val="ListBullet"/>
        <w:spacing w:after="40"/>
      </w:pPr>
      <w:r>
        <w:rPr>
          <w:rFonts w:ascii="Aptos" w:hAnsi="Aptos"/>
        </w:rPr>
        <w:t>Courriel du 22 août 2026</w:t>
      </w:r>
    </w:p>
    <w:p>
      <w:pPr>
        <w:pStyle w:val="ListBullet"/>
        <w:spacing w:after="40"/>
      </w:pPr>
      <w:r>
        <w:rPr>
          <w:rFonts w:ascii="Aptos" w:hAnsi="Aptos"/>
        </w:rPr>
        <w:t>Quatre photos du 13 août 2026</w:t>
      </w:r>
    </w:p>
    <w:p>
      <w:pPr>
        <w:pStyle w:val="ListBullet"/>
        <w:spacing w:after="40"/>
      </w:pPr>
      <w:r>
        <w:rPr>
          <w:rFonts w:ascii="Aptos" w:hAnsi="Aptos"/>
        </w:rPr>
        <w:t>Soumission de Céramique Test inc. du 20 septembre 2026</w:t>
      </w:r>
    </w:p>
    <w:p>
      <w:pPr>
        <w:pStyle w:val="ListBullet"/>
        <w:spacing w:after="40"/>
      </w:pPr>
      <w:r>
        <w:rPr>
          <w:rFonts w:ascii="Aptos" w:hAnsi="Aptos"/>
        </w:rPr>
        <w:t>Enveloppe du courrier recommandé</w:t>
      </w:r>
    </w:p>
    <w:sectPr w:rsidR="00FC693F" w:rsidRPr="0006063C" w:rsidSect="00034616">
      <w:footerReference w:type="default" r:id="rId9"/>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Réponse à une mise en demeure — document préparé à partir des notes fournies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